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Ressources Éduscol — Allemand</w:t>
      </w:r>
    </w:p>
    <w:p>
      <w:pPr>
        <w:pStyle w:val="Subtitle"/>
      </w:pPr>
      <w:r>
        <w:t>Du collège au lycée : programmes, accompagnement pédagogique et parcours spécifiques</w:t>
      </w:r>
    </w:p>
    <w:p>
      <w:pPr>
        <w:spacing w:after="180"/>
      </w:pPr>
      <w:r>
        <w:rPr>
          <w:rFonts w:ascii="Arial" w:hAnsi="Arial" w:eastAsia="Arial"/>
          <w:i/>
          <w:color w:val="5B6775"/>
          <w:sz w:val="17"/>
        </w:rPr>
        <w:t>Rentrée scolaire 2026-2027 · Liens vérifiés le 30 août 2026 · ressources officielles et pages nationales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B8C7D8"/>
          <w:left w:val="single" w:sz="5" w:space="0" w:color="B8C7D8"/>
          <w:bottom w:val="single" w:sz="5" w:space="0" w:color="B8C7D8"/>
          <w:right w:val="single" w:sz="5" w:space="0" w:color="B8C7D8"/>
          <w:insideH w:val="single" w:sz="5" w:space="0" w:color="B8C7D8"/>
          <w:insideV w:val="single" w:sz="5" w:space="0" w:color="B8C7D8"/>
        </w:tblBorders>
      </w:tblPr>
      <w:tblGrid>
        <w:gridCol w:w="15250"/>
      </w:tblGrid>
      <w:tr>
        <w:tc>
          <w:tcPr>
            <w:tcW w:type="dxa" w:w="15250"/>
            <w:tcMar>
              <w:top w:w="85" w:type="dxa"/>
              <w:start w:w="120" w:type="dxa"/>
              <w:bottom w:w="85" w:type="dxa"/>
              <w:end w:w="120" w:type="dxa"/>
            </w:tcMar>
            <w:shd w:fill="EAF1F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8"/>
              </w:rPr>
              <w:t>Ce guide organise les ressources nationales utiles aux enseignants. Il ne se substitue ni aux programmes ni aux textes officiels. Les pages mères Éduscol sont privilégiées pour suivre les mises à jour ; les liens directs accélèrent l’accès aux documents.</w:t>
            </w:r>
          </w:p>
        </w:tc>
      </w:tr>
    </w:tbl>
    <w:p>
      <w:pPr>
        <w:pStyle w:val="Heading1"/>
      </w:pPr>
      <w:r>
        <w:t>Repères pour la rentrée 2026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Allemand au collège : nouveau programme en 6e et 5e ; ancien programme encore applicable en 4e et 3e.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Allemand au lycée GT : nouveau programme 2025 applicable à tous les niveaux dès 2026-2027.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Les anciennes séquences restent réutilisables lorsqu’Éduscol les conserve, à condition de les adapter aux axes actuels.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LLCER : programmes de 2019 toujours indiqués comme en vigueur ; programmes limitatifs à suivre selon leur période de validité.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Voie professionnelle : programme commun de langues vivantes de 2019 toujours présenté comme en vigueur.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Certification : le DSD I A2/B1 concerne certains élèves ; le calendrier 2027 est annoncé pour octobre 2026.</w:t>
      </w:r>
    </w:p>
    <w:p>
      <w:pPr>
        <w:pStyle w:val="Heading2"/>
      </w:pPr>
      <w:r>
        <w:t>Lire les statuts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812"/>
        <w:gridCol w:w="3812"/>
        <w:gridCol w:w="3813"/>
        <w:gridCol w:w="3813"/>
      </w:tblGrid>
      <w:tr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11765B"/>
                <w:sz w:val="15"/>
              </w:rPr>
              <w:t>TEXTE EN VIGUEUR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référence normative ou programme applicable</w:t>
            </w:r>
          </w:p>
        </w:tc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245A93"/>
                <w:sz w:val="15"/>
              </w:rPr>
              <w:t>ACCOMPAGNEMENT ACTUEL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Éduscol associée au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6B4C8A"/>
                <w:sz w:val="15"/>
              </w:rPr>
              <w:t>TRANSITION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utile pour les niveaux encore soumis à l’ancien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9A5B16"/>
                <w:sz w:val="15"/>
              </w:rPr>
              <w:t>À ADAPTER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antérieure conservée pour sa valeur pédagogique</w:t>
            </w:r>
          </w:p>
        </w:tc>
      </w:tr>
    </w:tbl>
    <w:p>
      <w:pPr>
        <w:pStyle w:val="Heading1"/>
      </w:pPr>
      <w:r>
        <w:t>Catalogue organisé — 77 ressources</w:t>
      </w:r>
    </w:p>
    <w:p>
      <w:pPr>
        <w:spacing w:after="140"/>
      </w:pPr>
      <w:r>
        <w:rPr>
          <w:rFonts w:ascii="Arial" w:hAnsi="Arial" w:eastAsia="Arial"/>
          <w:color w:val="5B6775"/>
          <w:sz w:val="18"/>
        </w:rPr>
        <w:t>Chaque entrée comporte un lien cliquable vers une page ou un document officiel. Les ressources transversales sont retenues lorsqu’elles sont directement transférables à la langue.</w:t>
      </w:r>
    </w:p>
    <w:p>
      <w:pPr>
        <w:pStyle w:val="Heading2"/>
      </w:pPr>
      <w:r>
        <w:t>Accès essentiels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Portail national Langues vivantes étrangères et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Point d’entrée Éduscol : programmes, pratiques pédagogiques, évaluation, ouverture européenne et internationale, numérique et formation.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Ressources d’accompagnement LVE/LVER au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des programmes 2025, exemples d’objets d’étude, livrets d’accompagnement et ressources encore utiles pendant le déploiement progressif.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en langues vivantes — voie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lycée général et technologique : nouveaux programmes, ressources par langue et fiches thématiques antérieures encore adaptables.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Séquences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du CAP et du baccalauréat professionnel : programme, ressources méthodologiques, situations professionnelles et accompagnement pédagogique.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LLCER — voie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 la spécialité : anglais, anglais monde contemporain et autres langues, programmes limitatifs, séquences et fiches méthodologiques.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Littérature · Civilisation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et positionnement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: scénarios interlangues, outils cycle 3/cycle 4, situations d’évaluation et ressources pour l’évaluation au lycée.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européen commun de référence pour les langues — CECRL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officiels, volume complémentaire, échelles de niveaux, médiation et descripteurs mobilisables pour enseigner et évaluer.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CECRL · Évaluation · Médiation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Programmes et accompagnement — collège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DÉPLOIEMENT PROGRESSIF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d’allemand pour les classes de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Texte normatif complet : niveaux CECRL, repères culturels, activités langagières et outils linguistiques de la 6e à la 3e.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d’allemand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chacun des axes culturels et pour tous les niveaux du collège.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Livret d’accompagnement du programme d’allemand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Livret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Exemples de séquence et de séance, progression spiralaire, articulation langue-culture et prise en compte de l’hétérogénéité.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Progression · Différenciation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transitoires — 4e et 3e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Repères de progressivité linguistique — allemand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Formulations et connaissances grammaticales, lexicales et phonologiques par activité langagière.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À utiliser pour les classes encore régies par l’ancien programme.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— À ACTUALISER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Déclinaisons culturelles LV1 et LV2 — allemand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Thèmes, problématiques et sources culturelles pour le cycle 4.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Les liens externes anciens doivent être vérifiés avant usage.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 EN 4E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Attendus de fin d’année de 4e — allemand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Descripteurs, stratégies et exemples de réussite en réception, production et interaction.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 EN 3E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Attendus de fin d’année de 3e — allemand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Positionnement A2-B1 et exemples de réussite contextualisés en allemand.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Didactique et pratiques de classe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Créer un environnement propice à l’apprentissage des langues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Gestes professionnels, rituels, exposition à la langue et climat de classe favorisant la prise de parole.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Oral · Gestion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pour articuler objectifs culturels, linguistiques et pragmatiques dans une progression de cycle.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Ancrer l’apprentissage dans la culture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Pourquoi et comment faire de la culture le moteur des apprentissages linguistiques et des projets de classe.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Croiser les enseignements et les pratiques en LVE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Interdisciplinarité, projets et articulation avec d’autres enseignements au service de l’usage réel de la langue.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Interdisciplinarité · Projet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Glossaire des notions didactiques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Formation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du collège — émission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présentant les nouveaux programmes, leur logique culturelle, leur progressivité et les ressources d’accompagnement.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Programmes et accompagnement — lycée GT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À TOUS LES NIVEAUX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d’allemand — lycée général et technologique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complet de seconde, première et terminale, pour la LVA, la LVB et la LVC.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d’allemand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chaque axe de seconde, première et terminale.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antérieures à adapter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d’objets d’étude — allemand, première et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Panorama culturel pour construire des problématiques, corpus et progressions.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« Wir schaffen das » — Identités et échanges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Migrations, accueil, compétence interculturelle, coopération et pistes interlangues.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Interculturel · Médiation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« Gastarbeiter » — diversité et inclusion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Immigration turque en Allemagne, réussite sociale, médiation et récit au passé.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Médiation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« Sind Wissenschaftler Zauberlehrlinge? »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Goethe, responsabilité scientifique, interaction écrite et argumentation.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Sciences · Argumentation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Lumières allemandes — texte introductif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culturel et didactique autour de l’Aufklärung.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Philosophie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Lumières allemandes peuvent-elles encore briller aujourd’hui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Pensée critique, Kant, intelligence artificielle et citoyenneté numérique.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Esprit critique · Numérique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9A5B16"/>
                <w:sz w:val="13"/>
              </w:rPr>
              <w:t>RÉUTILISABLE — À ADAPTER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fable comme possibilité littéraire d’émancipation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Lessing, compréhension, mise en voix et écriture créative.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Littérature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LLCER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allemand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Thématiques « Les imaginaires » et « Représentations et expressions de la mémoire ».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allemand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Voyages, liens sociaux et mythologies de l’espace germanophone.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allemand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des œuvres littéraires et filmiques pour 2025-2026 et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allemand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actualisée des œuvres pour 2026-2027 et 2027-2028.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 livre, porte d’entrée dans l’imaginaire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Lecture, littérature, médiation et argumentation en première LLCER.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Lecture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Schauerballaden — ballade populaire allemande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Goethe, Bürger, Sturm und Drang, lecture expressive et médiation culturelle.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L’idée d’empire de Charlemagne à 1918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Mémoire, histoire germanophone, argumentation et préparation au Grand oral.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Mémoire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ruée vers l’or — Johann August Sutter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Argent, migrations, médiation, podcast et comparaison littéraire.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Migrations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salons : une sociabilité propre aux Lumières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Débat d’idées, place des femmes, médiation plurilingue et productions numériques.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Médiation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forêt allemande, mythe et réalité ?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Romantisme, écologie, mémoire et projet d’exposition interlangues.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Culture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Entre « Leitkultur » et « Multikulti »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Migrations, vivre-ensemble, analyse de débats sociétaux et médiation.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Interculturel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Heimweh, Fernweh, Sehnsucht — séquence hybride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Séquence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Romantisme, musique, différenciation et organisation hybride des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Différenciation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Évaluation, CECRL et certification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Certifications en langues vivantes étrangères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des certifications proposées aux élèves et des publics concernés.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Certification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les composantes de l’évaluation des compétences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gradation des formes d’évaluation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mesurer la progression des élèves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construire des tests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Positionnement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l’oral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l’écrit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écrite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orale en continu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Oral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Production · Écrit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interaction orale et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Interaction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médiation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Médiation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des langues vivantes au baccalauréat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Modalités d’évaluation, attestation de langues, grilles et textes de référence pour les candidats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Baccalauréat — grilles d’évaluation LVA et LVB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Baccalauréat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de l’évaluation des apprentissages et des acquis au lycée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Formation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Voie professionnelle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langues vivantes — CAP et baccalauréat professionnel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aux LVE de la voie professionnelle : objectifs, démarche actionnelle, activités langagières, médiation et niveaux attendus.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Progression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Mettre les élèves en situation active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Pédagogie de l’action et tâches contextualisées pour engager les élèves dans des usages concrets de la langue.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Approche actionnelle · Projet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Profil linguistique et suivi individuel de l’élève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Outils et repères pour diagnostiquer, positionner et suivre les progrès de chaque élève en LVE au lycée professionnel.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Différenciation pédagogique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Pistes pour adapter supports, guidage, tâches et critères de réussite à l’hétérogénéité des profils.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Différenciation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Pédagogie collaborative et pédagogie de projet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Coopération, répartition des rôles, production collective et ancrage des apprentissages dans un projet en voie professionnelle.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Projet · Coopération · Approche actionnelle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La médiation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Définition, place dans le CECRL et exemples d’activités de médiation de textes, de concepts et de communication.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Médiation · CECRL · Coopération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Cultures et interculturalité en LVE — voie professionnelle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Construction de la compétence interculturelle, choix des supports et ouverture sur les contextes professionnels internationaux.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pro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Interculturel · Monde professionnel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ETLV, DNL et enseignements internationaux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Formulations et consignes en allemand pour l’enseignement en langue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Annexe pratique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Annexe pratique afin de développer l’allemand comme langue de communication et d’enseignement.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Oral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 technologique en langue vivante — ETLV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Mise en œuvre, co-enseignement, choix de l’objet d’étude, communication orale et ressources par série : ST2S, STI2D, STD2A, STMG, STL et STHR.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ETLV · Co-enseignement · Oral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pour l’enseignement en langue vivante étrangère — de l’école au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Guide transversal pour enseigner une discipline ou conduire des activités en langue étrangère : principes, dispositifs, formulations et mise en œuvre.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Interdisciplinarité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Apprendre en langue vivante — SELO et DNL hors SELO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des sections européennes ou de langues orientales et de l’enseignement d’une discipline non linguistique en langue étrangère.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International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DNL hors SELO — conditions, bénéfices et 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Évaluation · Interdisciplinarité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Enseignements européens et internationaux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Portail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Vue d’ensemble des sections, parcours, certifications, baccalauréats binationaux et dispositifs d’ouverture internationale.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International · DNL · Mobilité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7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Parcours, mobilité et coopération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Coopération éducative franco-allemande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Partenariats, établissements, parcours, mobilités et dispositifs franco-allemands.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Mobilité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ACTUALISÉE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Journée franco-allemande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Ressources pédagogiques, supports de promotion de l’allemand et projets autour du 22 janvier.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Projet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ACTUALISÉE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Brigitte Sauzay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Mobilité individuelle de deux à trois mois pour les élèves de 4e à 1re apprenant l’allemand depuis au moins deux ans.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 à 1re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Mobilité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ACTUALISÉE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Voltaire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Mobilité franco-allemande de six mois pour les élèves de 3e et de seconde, y compris en voie professionnelle.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  <w:br/>
              <w:t>Seconde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Mobilité · International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ACTUALISÉE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Sections binationales franco-allemandes — Abibac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Organisation, programmes, ressources et références réglementaires applicables à partir de la session 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Abibac · International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Accompagner, valider et valoriser la mobilité apprenante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Reconnaissance des acquis, mobilité longue et validation de l’année de seconde effectuée en Allemagne.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Mobilité · Évaluation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Numérique et veille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scénarios pédagogiques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Banque nationale de scénarios indexés, alimentée par les académies : recherche par niveau, compétence, thème et usage du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Lettres ÉduNum —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Actualités, retours d’usage et ressources sur le numérique éducatif, les médias et l’intelligence artificielle dans l’enseignement des 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Formation · Veille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8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spacing w:before="200" w:after="0"/>
      </w:pPr>
      <w:r>
        <w:rPr>
          <w:rFonts w:ascii="Arial" w:hAnsi="Arial" w:eastAsia="Arial"/>
          <w:i/>
          <w:color w:val="5B6775"/>
          <w:sz w:val="16"/>
        </w:rPr>
        <w:t>Sélection et organisation : Farid ZAIDI, IA-IPR LVE spécialité anglais. Ce document personnel de veille ne constitue pas une publication institutionnelle de l’académie.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250"/>
      <w:tblLayout w:type="fixed"/>
      <w:tblLook w:firstColumn="1" w:firstRow="1" w:lastColumn="0" w:lastRow="0" w:noHBand="0" w:noVBand="1" w:val="04A0"/>
      <w:jc w:val="center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10400"/>
      <w:gridCol w:w="4850"/>
    </w:tblGrid>
    <w:tr>
      <w:tc>
        <w:tcPr>
          <w:tcW w:type="dxa" w:w="1040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</w:pPr>
          <w:r>
            <w:rPr>
              <w:rFonts w:ascii="Arial" w:hAnsi="Arial" w:eastAsia="Arial"/>
              <w:color w:val="5B6775"/>
              <w:sz w:val="14"/>
            </w:rPr>
            <w:t>Farid ZAIDI, IA-IPR LVE spécialité anglais</w:t>
          </w:r>
        </w:p>
      </w:tc>
      <w:tc>
        <w:tcPr>
          <w:tcW w:type="dxa" w:w="485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  <w:jc w:val="right"/>
          </w:pPr>
          <w:r>
            <w:rPr>
              <w:rFonts w:ascii="Arial" w:hAnsi="Arial" w:eastAsia="Arial"/>
              <w:color w:val="5B6775"/>
              <w:sz w:val="14"/>
            </w:rPr>
            <w:t xml:space="preserve">Vérifié le 30 août 2026 · page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5B6775"/>
              <w:sz w:val="14"/>
            </w:rPr>
            <w:t xml:space="preserve"> /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5B6775"/>
        <w:sz w:val="15"/>
      </w:rPr>
      <w:t>Guide Éduscol — Allemand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60"/>
        <w:spacing w:after="80" w:line="280" w:lineRule="auto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1E26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E518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E51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F6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263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245A9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duscol.education.gouv.fr/4494/langues-vivantes-etrangeres-et-regionales" TargetMode="External"/><Relationship Id="rId12" Type="http://schemas.openxmlformats.org/officeDocument/2006/relationships/hyperlink" Target="https://eduscol.education.gouv.fr/4758/ressources-d-accompagnement-pour-les-langues-vivantes-etrangeres-et-regionales-au-college" TargetMode="External"/><Relationship Id="rId13" Type="http://schemas.openxmlformats.org/officeDocument/2006/relationships/hyperlink" Target="https://eduscol.education.gouv.fr/5811/programmes-et-ressources-en-langues-vivantes-voie-gt" TargetMode="External"/><Relationship Id="rId14" Type="http://schemas.openxmlformats.org/officeDocument/2006/relationships/hyperlink" Target="https://eduscol.education.gouv.fr/5892/programmes-et-ressources-en-langues-vivantes-voie-professionnelle" TargetMode="External"/><Relationship Id="rId15" Type="http://schemas.openxmlformats.org/officeDocument/2006/relationships/hyperlink" Target="https://eduscol.education.gouv.fr/5814/programmes-et-ressources-en-langues-litteratures-et-cultures-etrangeres-et-regionales-voie-g" TargetMode="External"/><Relationship Id="rId16" Type="http://schemas.openxmlformats.org/officeDocument/2006/relationships/hyperlink" Target="https://eduscol.education.gouv.fr/4764/evaluation-et-positionnement-en-langues-vivantes" TargetMode="External"/><Relationship Id="rId17" Type="http://schemas.openxmlformats.org/officeDocument/2006/relationships/hyperlink" Target="https://eduscol.education.gouv.fr/6762/cadre-europeen-commun-de-reference-pour-les-langues-cecrl" TargetMode="External"/><Relationship Id="rId18" Type="http://schemas.openxmlformats.org/officeDocument/2006/relationships/hyperlink" Target="https://www.education.gouv.fr/sites/default/files/annexe-1-programme-d-allemand-pour-les-classes-de-coll-ge-440355.pdf" TargetMode="External"/><Relationship Id="rId19" Type="http://schemas.openxmlformats.org/officeDocument/2006/relationships/hyperlink" Target="https://eduscol.education.gouv.fr/media/111867/download?attachment=" TargetMode="External"/><Relationship Id="rId20" Type="http://schemas.openxmlformats.org/officeDocument/2006/relationships/hyperlink" Target="https://eduscol.education.gouv.fr/media/127307/download?attachment=" TargetMode="External"/><Relationship Id="rId21" Type="http://schemas.openxmlformats.org/officeDocument/2006/relationships/hyperlink" Target="https://eduscol.education.gouv.fr/media/75222/download?attachment=" TargetMode="External"/><Relationship Id="rId22" Type="http://schemas.openxmlformats.org/officeDocument/2006/relationships/hyperlink" Target="https://eduscol.education.gouv.fr/media/75303/download?attachment=" TargetMode="External"/><Relationship Id="rId23" Type="http://schemas.openxmlformats.org/officeDocument/2006/relationships/hyperlink" Target="https://eduscol.education.gouv.fr/media/102246/download?attachment=" TargetMode="External"/><Relationship Id="rId24" Type="http://schemas.openxmlformats.org/officeDocument/2006/relationships/hyperlink" Target="https://eduscol.education.gouv.fr/media/97278/download?attachment=" TargetMode="External"/><Relationship Id="rId25" Type="http://schemas.openxmlformats.org/officeDocument/2006/relationships/hyperlink" Target="https://eduscol.education.gouv.fr/sites/default/files/document/ra16languesvivantescreerenvironnement564686pdf-75159.pdf" TargetMode="External"/><Relationship Id="rId26" Type="http://schemas.openxmlformats.org/officeDocument/2006/relationships/hyperlink" Target="https://eduscol.education.gouv.fr/sites/default/files/document/ra16languesvivanteselaborerprogression560353pdf-75162.pdf" TargetMode="External"/><Relationship Id="rId27" Type="http://schemas.openxmlformats.org/officeDocument/2006/relationships/hyperlink" Target="https://eduscol.education.gouv.fr/sites/default/files/document/ra16languesvivantesancrerapprentissageculture568426pdf-75255.pdf" TargetMode="External"/><Relationship Id="rId28" Type="http://schemas.openxmlformats.org/officeDocument/2006/relationships/hyperlink" Target="https://eduscol.education.gouv.fr/sites/default/files/document/ra16languesvivantescroiserenseignements566871pdf-75327.pdf" TargetMode="External"/><Relationship Id="rId29" Type="http://schemas.openxmlformats.org/officeDocument/2006/relationships/hyperlink" Target="https://eduscol.education.gouv.fr/sites/default/files/document/ra16languesvivantesglossaire560314pdf-75156.pdf" TargetMode="External"/><Relationship Id="rId30" Type="http://schemas.openxmlformats.org/officeDocument/2006/relationships/hyperlink" Target="https://podeduc.apps.education.fr/video/103650-regards-sur-les-programmes-langues-vivantes-etrangeres-et-regionales-college/" TargetMode="External"/><Relationship Id="rId31" Type="http://schemas.openxmlformats.org/officeDocument/2006/relationships/hyperlink" Target="https://www.education.gouv.fr/sites/default/files/annexe-2-programme-d-allemand-pour-les-classes-de-lyc-e-g-n-ral-et-technologique-441432.pdf" TargetMode="External"/><Relationship Id="rId32" Type="http://schemas.openxmlformats.org/officeDocument/2006/relationships/hyperlink" Target="https://eduscol.education.gouv.fr/media/111870/download?attachment=" TargetMode="External"/><Relationship Id="rId33" Type="http://schemas.openxmlformats.org/officeDocument/2006/relationships/hyperlink" Target="https://eduscol.education.gouv.fr/sites/default/files/document/ra19lyceegt1reterlvallemandexemples1199157pdf-84336.pdf" TargetMode="External"/><Relationship Id="rId34" Type="http://schemas.openxmlformats.org/officeDocument/2006/relationships/hyperlink" Target="https://eduscol.education.gouv.fr/sites/default/files/document/ra20lyceegt1ertlelvallemandsequencewirschaffendas1232952pdf-84339.pdf" TargetMode="External"/><Relationship Id="rId35" Type="http://schemas.openxmlformats.org/officeDocument/2006/relationships/hyperlink" Target="https://eduscol.education.gouv.fr/sites/default/files/document/ra20lyceegt1ertlelvallemandsequencegastarbeiter1232950pdf-84342.pdf" TargetMode="External"/><Relationship Id="rId36" Type="http://schemas.openxmlformats.org/officeDocument/2006/relationships/hyperlink" Target="https://eduscol.education.gouv.fr/sites/default/files/document/ra20lyceegt1ertlelvallemandsequencezauberlehrling1232954pdf-84345.pdf" TargetMode="External"/><Relationship Id="rId37" Type="http://schemas.openxmlformats.org/officeDocument/2006/relationships/hyperlink" Target="https://eduscol.education.gouv.fr/sites/default/files/document/ra22lyceegt1tlveallemandtexteintroductiflumieres-allemandespdf-93984.pdf" TargetMode="External"/><Relationship Id="rId38" Type="http://schemas.openxmlformats.org/officeDocument/2006/relationships/hyperlink" Target="https://eduscol.education.gouv.fr/sites/default/files/document/ra22lyceegttlveallemandorganisationsequencelumieres-allemandespdf-93978.pdf" TargetMode="External"/><Relationship Id="rId39" Type="http://schemas.openxmlformats.org/officeDocument/2006/relationships/hyperlink" Target="https://eduscol.education.gouv.fr/sites/default/files/document/ra22lyceegttlveallemandorganisationsequencefable-possibilite-litteraire-emancipationpdf-93981.pdf" TargetMode="External"/><Relationship Id="rId40" Type="http://schemas.openxmlformats.org/officeDocument/2006/relationships/hyperlink" Target="https://eduscol.education.gouv.fr/sites/default/files/document/spe590annexe11063111pdf-83325.pdf" TargetMode="External"/><Relationship Id="rId41" Type="http://schemas.openxmlformats.org/officeDocument/2006/relationships/hyperlink" Target="https://eduscol.education.gouv.fr/sites/default/files/document/spe256annexe11158992pdf-83361.pdf" TargetMode="External"/><Relationship Id="rId42" Type="http://schemas.openxmlformats.org/officeDocument/2006/relationships/hyperlink" Target="https://eduscol.education.gouv.fr/sites/default/files/document/programmelimitatif1rellcerrs2025et2026allemandpdf-112107.pdf" TargetMode="External"/><Relationship Id="rId43" Type="http://schemas.openxmlformats.org/officeDocument/2006/relationships/hyperlink" Target="https://eduscol.education.gouv.fr/sites/default/files/document/nsproglimitatifterminalellcerrs2026et2027annexe1-allemand-eduscolpdf-127211.pdf" TargetMode="External"/><Relationship Id="rId44" Type="http://schemas.openxmlformats.org/officeDocument/2006/relationships/hyperlink" Target="https://eduscol.education.gouv.fr/sites/default/files/document/ra19lyceeg1-tllcerallemandlivre-porte-entree-imaginaire1210309pdf-83394.pdf" TargetMode="External"/><Relationship Id="rId45" Type="http://schemas.openxmlformats.org/officeDocument/2006/relationships/hyperlink" Target="https://eduscol.education.gouv.fr/sites/default/files/document/ra19lyceeg1-tllcerallemandballade-populaire-schauerballaden1210307pdf-83397.pdf" TargetMode="External"/><Relationship Id="rId46" Type="http://schemas.openxmlformats.org/officeDocument/2006/relationships/hyperlink" Target="https://eduscol.education.gouv.fr/sites/default/files/document/ra19lyceeg1-tllcerallemandidee-empire-charlemagne1210308pdf-83400.pdf" TargetMode="External"/><Relationship Id="rId47" Type="http://schemas.openxmlformats.org/officeDocument/2006/relationships/hyperlink" Target="https://eduscol.education.gouv.fr/sites/default/files/document/ra20lyceegtllcerallemandformes-fondement-liens-sociaux-espace-germaphonedas-geld1349564pdf-83403.pdf" TargetMode="External"/><Relationship Id="rId48" Type="http://schemas.openxmlformats.org/officeDocument/2006/relationships/hyperlink" Target="https://eduscol.education.gouv.fr/sites/default/files/document/ra22lyceegtllcerallemandorganisationsequencesalonspdf-93987.pdf" TargetMode="External"/><Relationship Id="rId49" Type="http://schemas.openxmlformats.org/officeDocument/2006/relationships/hyperlink" Target="https://eduscol.education.gouv.fr/sites/default/files/document/ra20lyceegtllcerallemandespace-germaphone-mythologiesdas-wald1349559pdf-83406.pdf" TargetMode="External"/><Relationship Id="rId50" Type="http://schemas.openxmlformats.org/officeDocument/2006/relationships/hyperlink" Target="https://eduscol.education.gouv.fr/sites/default/files/document/ra20lyceegtllcerallemandvoyage-circulation-hommes-ideesleitkultur-multikulti1349566pdf-83409.pdf" TargetMode="External"/><Relationship Id="rId51" Type="http://schemas.openxmlformats.org/officeDocument/2006/relationships/hyperlink" Target="https://eduscol.education.gouv.fr/sites/default/files/document/ra20lyceegtallemandsehnsucht-enseignementhybride-68430.pdf" TargetMode="External"/><Relationship Id="rId52" Type="http://schemas.openxmlformats.org/officeDocument/2006/relationships/hyperlink" Target="https://eduscol.education.gouv.fr/4710/certifications-en-langues-vivantes-etrangeres" TargetMode="External"/><Relationship Id="rId53" Type="http://schemas.openxmlformats.org/officeDocument/2006/relationships/hyperlink" Target="https://eduscol.education.gouv.fr/sites/default/files/document/planlvinfogcomposantesevaluationcompetenceselevesflyerpdf-97704.pdf" TargetMode="External"/><Relationship Id="rId54" Type="http://schemas.openxmlformats.org/officeDocument/2006/relationships/hyperlink" Target="https://eduscol.education.gouv.fr/sites/default/files/document/plv-gradation-evaluationpdf-97713.pdf" TargetMode="External"/><Relationship Id="rId55" Type="http://schemas.openxmlformats.org/officeDocument/2006/relationships/hyperlink" Target="https://eduscol.education.gouv.fr/sites/default/files/document/plv-mesurer-progression-elevepdf-97716.pdf" TargetMode="External"/><Relationship Id="rId56" Type="http://schemas.openxmlformats.org/officeDocument/2006/relationships/hyperlink" Target="https://eduscol.education.gouv.fr/sites/default/files/document/plv-construction-testspdf-97710.pdf" TargetMode="External"/><Relationship Id="rId57" Type="http://schemas.openxmlformats.org/officeDocument/2006/relationships/hyperlink" Target="https://eduscol.education.gouv.fr/sites/default/files/document/plv-positionnement-co-c4pdf-97722.pdf" TargetMode="External"/><Relationship Id="rId58" Type="http://schemas.openxmlformats.org/officeDocument/2006/relationships/hyperlink" Target="https://eduscol.education.gouv.fr/sites/default/files/document/plv-positionnement-ce-c4pdf-97719.pdf" TargetMode="External"/><Relationship Id="rId59" Type="http://schemas.openxmlformats.org/officeDocument/2006/relationships/hyperlink" Target="https://eduscol.education.gouv.fr/sites/default/files/document/plv-positionnement-eoc-c4pdf-97728.pdf" TargetMode="External"/><Relationship Id="rId60" Type="http://schemas.openxmlformats.org/officeDocument/2006/relationships/hyperlink" Target="https://eduscol.education.gouv.fr/sites/default/files/document/plv-positionnement-ee-c4pdf-97725.pdf" TargetMode="External"/><Relationship Id="rId61" Type="http://schemas.openxmlformats.org/officeDocument/2006/relationships/hyperlink" Target="https://eduscol.education.gouv.fr/sites/default/files/document/plv-positionnement-ioe-c4pdf-97731.pdf" TargetMode="External"/><Relationship Id="rId62" Type="http://schemas.openxmlformats.org/officeDocument/2006/relationships/hyperlink" Target="https://eduscol.education.gouv.fr/sites/default/files/document/plv-positionnement-med-c4pdf-97734.pdf" TargetMode="External"/><Relationship Id="rId63" Type="http://schemas.openxmlformats.org/officeDocument/2006/relationships/hyperlink" Target="https://eduscol.education.gouv.fr/5664/modalites-d-evaluation-de-langues-vivantes-aux-baccalaureats-general-et-technologique-et-attestation-de-langues" TargetMode="External"/><Relationship Id="rId64" Type="http://schemas.openxmlformats.org/officeDocument/2006/relationships/hyperlink" Target="https://eduscol.education.gouv.fr/sites/default/files/document/grilles-lva-et-lvb-avec-premierepdf-97680.pdf" TargetMode="External"/><Relationship Id="rId65" Type="http://schemas.openxmlformats.org/officeDocument/2006/relationships/hyperlink" Target="https://eduscol.education.gouv.fr/sites/default/files/document/guide-l-evaluation-des-apprentissages-et-des-acquis-au-lycee-gt-69588.pdf" TargetMode="External"/><Relationship Id="rId66" Type="http://schemas.openxmlformats.org/officeDocument/2006/relationships/hyperlink" Target="https://eduscol.education.gouv.fr/sites/default/files/document/spe627annexe1105140pdf-85458.pdf" TargetMode="External"/><Relationship Id="rId67" Type="http://schemas.openxmlformats.org/officeDocument/2006/relationships/hyperlink" Target="https://eduscol.education.gouv.fr/sites/default/files/document/ra19lyceeprocap2nde1retlelvpedagogiemiseensituationactive1194423pdf-85464.pdf" TargetMode="External"/><Relationship Id="rId68" Type="http://schemas.openxmlformats.org/officeDocument/2006/relationships/hyperlink" Target="https://eduscol.education.gouv.fr/sites/default/files/document/ra19lyceeprocap2nde1retlelvprofillinguistiquesuiviindividueleleve1194422pdf-85467.pdf" TargetMode="External"/><Relationship Id="rId69" Type="http://schemas.openxmlformats.org/officeDocument/2006/relationships/hyperlink" Target="https://eduscol.education.gouv.fr/sites/default/files/document/ra19lyceeprocap2nde1retledifferenciation-pedagogique1211034pdf-85470.pdf" TargetMode="External"/><Relationship Id="rId70" Type="http://schemas.openxmlformats.org/officeDocument/2006/relationships/hyperlink" Target="https://eduscol.education.gouv.fr/sites/default/files/document/ra19lyceeprocap2nde1retlepedagogie-collaborative-projet1211036pdf-85473.pdf" TargetMode="External"/><Relationship Id="rId71" Type="http://schemas.openxmlformats.org/officeDocument/2006/relationships/hyperlink" Target="https://eduscol.education.gouv.fr/sites/default/files/document/ra19lyceepcap2de1reterlvmediation1224774pdf-85476.pdf" TargetMode="External"/><Relationship Id="rId72" Type="http://schemas.openxmlformats.org/officeDocument/2006/relationships/hyperlink" Target="https://eduscol.education.gouv.fr/sites/default/files/document/ra20lyceeprocap2nd1retlelvculturesinter1285414pdf-85479.pdf" TargetMode="External"/><Relationship Id="rId73" Type="http://schemas.openxmlformats.org/officeDocument/2006/relationships/hyperlink" Target="https://eduscol.education.gouv.fr/sites/default/files/document/guideemileannexeconsignesallemand1243562pdf-92637.pdf" TargetMode="External"/><Relationship Id="rId74" Type="http://schemas.openxmlformats.org/officeDocument/2006/relationships/hyperlink" Target="https://eduscol.education.gouv.fr/5868/ressources-en-enseignement-technologique-en-langue-vivante-etlv-au-cycle-terminal-de-la-voie-technologique" TargetMode="External"/><Relationship Id="rId75" Type="http://schemas.openxmlformats.org/officeDocument/2006/relationships/hyperlink" Target="https://eduscol.education.gouv.fr/6768/guide-pour-l-enseignement-en-langue-vivante-etrangere-de-l-ecole-au-lycee" TargetMode="External"/><Relationship Id="rId76" Type="http://schemas.openxmlformats.org/officeDocument/2006/relationships/hyperlink" Target="https://eduscol.education.gouv.fr/5265/apprendre-en-langue-vivante-selo-et-dnl-hors-selo" TargetMode="External"/><Relationship Id="rId77" Type="http://schemas.openxmlformats.org/officeDocument/2006/relationships/hyperlink" Target="https://eduscol.education.gouv.fr/sites/default/files/document/flyer-selopdf-108324.pdf" TargetMode="External"/><Relationship Id="rId78" Type="http://schemas.openxmlformats.org/officeDocument/2006/relationships/hyperlink" Target="https://eduscol.education.gouv.fr/sites/default/files/document/fiche-dnlv3pdf-108327.pdf" TargetMode="External"/><Relationship Id="rId79" Type="http://schemas.openxmlformats.org/officeDocument/2006/relationships/hyperlink" Target="https://eduscol.education.gouv.fr/4515/enseignements-europeens-et-internationaux" TargetMode="External"/><Relationship Id="rId80" Type="http://schemas.openxmlformats.org/officeDocument/2006/relationships/hyperlink" Target="https://eduscol.education.gouv.fr/5106/cooperation-educative-franco-allemande" TargetMode="External"/><Relationship Id="rId81" Type="http://schemas.openxmlformats.org/officeDocument/2006/relationships/hyperlink" Target="https://eduscol.education.gouv.fr/5184/journee-franco-allemande" TargetMode="External"/><Relationship Id="rId82" Type="http://schemas.openxmlformats.org/officeDocument/2006/relationships/hyperlink" Target="https://eduscol.education.gouv.fr/5166/programme-brigitte-sauzay" TargetMode="External"/><Relationship Id="rId83" Type="http://schemas.openxmlformats.org/officeDocument/2006/relationships/hyperlink" Target="https://eduscol.education.gouv.fr/5142/programme-voltaire" TargetMode="External"/><Relationship Id="rId84" Type="http://schemas.openxmlformats.org/officeDocument/2006/relationships/hyperlink" Target="https://eduscol.education.gouv.fr/5349/sections-binationales-franco-allemandes-l-abibac" TargetMode="External"/><Relationship Id="rId85" Type="http://schemas.openxmlformats.org/officeDocument/2006/relationships/hyperlink" Target="https://eduscol.education.gouv.fr/5070/accompagner-valider-et-valoriser-la-mobilite-apprenante" TargetMode="External"/><Relationship Id="rId86" Type="http://schemas.openxmlformats.org/officeDocument/2006/relationships/hyperlink" Target="https://edubase.eduscol.education.fr/recherche?discipline%5B0%5D=Langues+vivantes" TargetMode="External"/><Relationship Id="rId87" Type="http://schemas.openxmlformats.org/officeDocument/2006/relationships/hyperlink" Target="https://eduscol.education.gouv.fr/6699/les-lettres-d-actualite-edunum-sur-le-numerique-educa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11</ns0:Pages>
  <ns0:Words>2936</ns0:Words>
  <ns0:Characters>19909</ns0:Characters>
  <ns0:Application>Microsoft Office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22839</ns0:CharactersWithSpaces>
  <ns0:SharedDoc>false</ns0:SharedDoc>
  <ns0:HyperlinkBase/>
  <ns0:HyperlinksChanged>false</ns0:HyperlinksChanged>
  <ns0:AppVersion>16.0000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Ressources Éduscol — Allemand — rentrée 2026</dc:title>
  <dc:subject>Programmes, ressources d’accompagnement et accès officiels</dc:subject>
  <dc:creator>Farid H ZAIDI</dc:creator>
  <cp:keywords>Éduscol, Allemand, langues vivantes, collège, lycée, 2026</cp:keywords>
  <dc:description/>
  <cp:lastModifiedBy>Farid H ZAIDI</cp:lastModifiedBy>
  <cp:revision>1</cp:revision>
  <dcterms:created xsi:type="dcterms:W3CDTF">2026-08-30T00:00:00Z</dcterms:created>
  <dcterms:modified xsi:type="dcterms:W3CDTF">2026-08-30T00:00:00Z</dcterms:modified>
  <cp:category/>
</cp:coreProperties>
</file>